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jc w:val="center"/>
      </w:pPr>
      <w:r>
        <w:drawing>
          <wp:inline xmlns:a="http://schemas.openxmlformats.org/drawingml/2006/main" xmlns:pic="http://schemas.openxmlformats.org/drawingml/2006/picture">
            <wp:extent cx="731520" cy="731520"/>
            <wp:docPr id="1" name="Picture 1"/>
            <wp:cNvGraphicFramePr>
              <a:graphicFrameLocks noChangeAspect="1"/>
            </wp:cNvGraphicFramePr>
            <a:graphic>
              <a:graphicData uri="http://schemas.openxmlformats.org/drawingml/2006/picture">
                <pic:pic>
                  <pic:nvPicPr>
                    <pic:cNvPr id="0" name="image1.png"/>
                    <pic:cNvPicPr/>
                  </pic:nvPicPr>
                  <pic:blipFill>
                    <a:blip r:embed="rId9"/>
                    <a:stretch>
                      <a:fillRect/>
                    </a:stretch>
                  </pic:blipFill>
                  <pic:spPr>
                    <a:xfrm>
                      <a:off x="0" y="0"/>
                      <a:ext cx="731520" cy="731520"/>
                    </a:xfrm>
                    <a:prstGeom prst="rect"/>
                  </pic:spPr>
                </pic:pic>
              </a:graphicData>
            </a:graphic>
          </wp:inline>
        </w:drawing>
      </w:r>
    </w:p>
    <w:p>
      <w:pPr>
        <w:jc w:val="center"/>
      </w:pPr>
      <w:r>
        <w:rPr>
          <w:b/>
          <w:color w:val="3A7C22"/>
          <w:sz w:val="28"/>
        </w:rPr>
        <w:t>Woodside Primary School and Nursery</w:t>
      </w:r>
    </w:p>
    <w:p>
      <w:pPr>
        <w:pStyle w:val="Title"/>
        <w:spacing w:after="240"/>
        <w:jc w:val="center"/>
      </w:pPr>
      <w:r>
        <w:rPr>
          <w:color w:val="000000"/>
          <w:sz w:val="30"/>
        </w:rPr>
        <w:t>New Student Form</w:t>
      </w:r>
    </w:p>
    <w:p>
      <w:pPr>
        <w:spacing w:after="160"/>
      </w:pPr>
      <w:r>
        <w:rPr>
          <w:b/>
          <w:sz w:val="22"/>
        </w:rPr>
        <w:t>Student Details</w:t>
      </w:r>
    </w:p>
    <w:p>
      <w:pPr>
        <w:spacing w:after="200"/>
      </w:pPr>
      <w:r>
        <w:t>Legal Surname: _______________________  First Name: __________________________</w:t>
      </w:r>
    </w:p>
    <w:p>
      <w:pPr>
        <w:spacing w:after="200"/>
      </w:pPr>
      <w:r>
        <w:t>Middle Name(s): ______________________  Date of Birth: __________________________</w:t>
      </w:r>
    </w:p>
    <w:p>
      <w:pPr>
        <w:spacing w:after="200"/>
      </w:pPr>
      <w:r>
        <w:t>Home Address: ______________________________________________________________</w:t>
      </w:r>
    </w:p>
    <w:p>
      <w:pPr>
        <w:spacing w:after="200"/>
      </w:pPr>
      <w:r>
        <w:t>___________________________________________________________________________</w:t>
      </w:r>
    </w:p>
    <w:p>
      <w:pPr>
        <w:spacing w:after="200"/>
      </w:pPr>
      <w:r>
        <w:t>Postcode: __________________  Gender: ☐ Male  ☐ Female  Religion: __________________</w:t>
      </w:r>
    </w:p>
    <w:p>
      <w:pPr>
        <w:spacing w:after="160"/>
      </w:pPr>
      <w:r>
        <w:rPr>
          <w:b/>
          <w:sz w:val="22"/>
        </w:rPr>
        <w:t>Ethnicity please tick</w:t>
      </w:r>
    </w:p>
    <w:p>
      <w:pPr>
        <w:spacing w:after="120"/>
      </w:pPr>
      <w:r>
        <w:t>☐ White: British     ☐ Asian or Asian British: Indian</w:t>
      </w:r>
    </w:p>
    <w:p>
      <w:pPr>
        <w:spacing w:after="120"/>
      </w:pPr>
      <w:r>
        <w:t>☐ White: Traveller of Irish Heritage     ☐ Asian or Asian British: Pakistani</w:t>
      </w:r>
    </w:p>
    <w:p>
      <w:pPr>
        <w:spacing w:after="120"/>
      </w:pPr>
      <w:r>
        <w:t>☐ White: Gypsy/Roma     ☐ Asian or Asian British: Bangladeshi</w:t>
      </w:r>
    </w:p>
    <w:p>
      <w:pPr>
        <w:spacing w:after="120"/>
      </w:pPr>
      <w:r>
        <w:t>☐ White: Other     ☐ Asian or Asian British: Other</w:t>
      </w:r>
    </w:p>
    <w:p>
      <w:pPr>
        <w:spacing w:after="120"/>
      </w:pPr>
      <w:r>
        <w:t>☐ Mixed: White and Black Caribbean     ☐ Black or Black British: Caribbean</w:t>
      </w:r>
    </w:p>
    <w:p>
      <w:pPr>
        <w:spacing w:after="120"/>
      </w:pPr>
      <w:r>
        <w:t>☐ Mixed: White and Black African     ☐ Black or Black British: African</w:t>
      </w:r>
    </w:p>
    <w:p>
      <w:pPr>
        <w:spacing w:after="120"/>
      </w:pPr>
      <w:r>
        <w:t>☐ Mixed: White and Asian     ☐ Black or Black British: Other</w:t>
      </w:r>
    </w:p>
    <w:p>
      <w:pPr>
        <w:spacing w:after="120"/>
      </w:pPr>
      <w:r>
        <w:t>☐ Mixed: Other     ☐ Prefer not to say</w:t>
      </w:r>
    </w:p>
    <w:p>
      <w:pPr>
        <w:spacing w:after="120"/>
      </w:pPr>
      <w:r>
        <w:t>☐ Chinese     ☐ Any other ethnic group: _________________</w:t>
      </w:r>
    </w:p>
    <w:p>
      <w:pPr>
        <w:spacing w:after="160"/>
      </w:pPr>
      <w:r>
        <w:t>First Language: ☐ English  ☐ Other: ____________________  ☐ Prefer not to say</w:t>
      </w:r>
    </w:p>
    <w:p>
      <w:pPr>
        <w:spacing w:after="160"/>
      </w:pPr>
      <w:r>
        <w:t>Language spoken at home: ☐ English  ☐ Other: _____________  ☐ Prefer not to say</w:t>
      </w:r>
    </w:p>
    <w:p>
      <w:pPr>
        <w:spacing w:after="160"/>
      </w:pPr>
      <w:r>
        <w:t>Does your child have a parent currently serving in the UK military?  ☐ Yes  ☐ No</w:t>
      </w:r>
    </w:p>
    <w:p>
      <w:pPr>
        <w:spacing w:after="160"/>
      </w:pPr>
      <w:r>
        <w:t>Is your child entitled to Free School Meals (not including Universal Infant Free School Meals)?  ☐ Yes  ☐ No</w:t>
      </w:r>
    </w:p>
    <w:p>
      <w:pPr>
        <w:spacing w:after="160"/>
      </w:pPr>
      <w:r>
        <w:t>What type of lunchtime meal will your child be having?</w:t>
      </w:r>
    </w:p>
    <w:p>
      <w:pPr>
        <w:spacing w:after="160"/>
      </w:pPr>
      <w:r>
        <w:t>☐ Universal Infant Free School Meal  ☐ Free School Meal  ☐ Packed Lunch</w:t>
      </w:r>
    </w:p>
    <w:p>
      <w:pPr>
        <w:spacing w:after="160"/>
      </w:pPr>
      <w:r>
        <w:t>Is your child entitled to free transport to and from school?  ☐ Yes  ☐ No</w:t>
      </w:r>
    </w:p>
    <w:p>
      <w:pPr>
        <w:spacing w:after="160"/>
      </w:pPr>
      <w:r>
        <w:t>What is your usual mode of travel to and from school?</w:t>
      </w:r>
    </w:p>
    <w:p>
      <w:pPr>
        <w:spacing w:after="160"/>
      </w:pPr>
      <w:r>
        <w:t>☐ Walk  ☐ Cycle  ☐ Car/Van  ☐ Car Share  ☐ Public bus  ☐ Taxi  ☐ Other: __________</w:t>
      </w:r>
    </w:p>
    <w:p>
      <w:r>
        <w:br w:type="page"/>
      </w:r>
    </w:p>
    <w:p>
      <w:pPr>
        <w:pStyle w:val="Title"/>
        <w:spacing w:after="240"/>
        <w:jc w:val="center"/>
      </w:pPr>
      <w:r>
        <w:rPr>
          <w:color w:val="000000"/>
          <w:sz w:val="30"/>
        </w:rPr>
        <w:t>Family and Emergency Contact Details</w:t>
      </w:r>
    </w:p>
    <w:p>
      <w:pPr>
        <w:spacing w:after="200"/>
      </w:pPr>
      <w:r>
        <w:t>Include ALL people with parental responsibility. A minimum of THREE emergency contacts is required.</w:t>
      </w:r>
    </w:p>
    <w:p>
      <w:pPr>
        <w:spacing w:after="160"/>
      </w:pPr>
      <w:r>
        <w:rPr>
          <w:b/>
          <w:sz w:val="22"/>
        </w:rPr>
        <w:t>Contact 1 priority 1</w:t>
      </w:r>
    </w:p>
    <w:p>
      <w:pPr>
        <w:spacing w:after="100"/>
      </w:pPr>
      <w:r>
        <w:t>Title: ______  First Name: __________________  Surname: ________________________</w:t>
      </w:r>
    </w:p>
    <w:p>
      <w:pPr>
        <w:spacing w:after="100"/>
      </w:pPr>
      <w:r>
        <w:t>Gender: __________  Relationship to child: __________  Parental Responsibility? Yes / No</w:t>
      </w:r>
    </w:p>
    <w:p>
      <w:pPr>
        <w:spacing w:after="100"/>
      </w:pPr>
      <w:r>
        <w:t>Address: __________________________________________________________________</w:t>
      </w:r>
    </w:p>
    <w:p>
      <w:pPr>
        <w:spacing w:after="100"/>
      </w:pPr>
      <w:r>
        <w:t>Postcode: __________  Email Address: __________________  Date of Birth: __________</w:t>
      </w:r>
    </w:p>
    <w:p>
      <w:pPr>
        <w:spacing w:after="100"/>
      </w:pPr>
      <w:r>
        <w:t>Home Phone: _______________________  Mobile: ________________________________</w:t>
      </w:r>
    </w:p>
    <w:p>
      <w:pPr>
        <w:spacing w:after="100"/>
      </w:pPr>
      <w:r>
        <w:t>Work Phone: _______________________  Main phone no.: _________________________</w:t>
      </w:r>
    </w:p>
    <w:p>
      <w:pPr>
        <w:spacing w:after="160"/>
      </w:pPr>
      <w:r>
        <w:rPr>
          <w:b/>
          <w:sz w:val="22"/>
        </w:rPr>
        <w:t>Contact 2 priority 2</w:t>
      </w:r>
    </w:p>
    <w:p>
      <w:pPr>
        <w:spacing w:after="100"/>
      </w:pPr>
      <w:r>
        <w:t>Title: ______  First Name: __________________  Surname: ________________________</w:t>
      </w:r>
    </w:p>
    <w:p>
      <w:pPr>
        <w:spacing w:after="100"/>
      </w:pPr>
      <w:r>
        <w:t>Gender: __________  Relationship to child: __________  Parental Responsibility? Yes / No</w:t>
      </w:r>
    </w:p>
    <w:p>
      <w:pPr>
        <w:spacing w:after="100"/>
      </w:pPr>
      <w:r>
        <w:t>Address: __________________________________________________________________</w:t>
      </w:r>
    </w:p>
    <w:p>
      <w:pPr>
        <w:spacing w:after="100"/>
      </w:pPr>
      <w:r>
        <w:t>Postcode: __________  Email Address: __________________  Date of Birth: __________</w:t>
      </w:r>
    </w:p>
    <w:p>
      <w:pPr>
        <w:spacing w:after="100"/>
      </w:pPr>
      <w:r>
        <w:t>Home Phone: _______________________  Mobile: ________________________________</w:t>
      </w:r>
    </w:p>
    <w:p>
      <w:pPr>
        <w:spacing w:after="100"/>
      </w:pPr>
      <w:r>
        <w:t>Work Phone: _______________________  Main phone no.: _________________________</w:t>
      </w:r>
    </w:p>
    <w:p>
      <w:pPr>
        <w:spacing w:after="160"/>
      </w:pPr>
      <w:r>
        <w:rPr>
          <w:b/>
          <w:sz w:val="22"/>
        </w:rPr>
        <w:t>Contact 3 priority 3</w:t>
      </w:r>
    </w:p>
    <w:p>
      <w:pPr>
        <w:spacing w:after="100"/>
      </w:pPr>
      <w:r>
        <w:t>Title: ______  First Name: __________________  Surname: ________________________</w:t>
      </w:r>
    </w:p>
    <w:p>
      <w:pPr>
        <w:spacing w:after="100"/>
      </w:pPr>
      <w:r>
        <w:t>Gender: __________  Relationship to child: __________  Parental Responsibility? Yes / No</w:t>
      </w:r>
    </w:p>
    <w:p>
      <w:pPr>
        <w:spacing w:after="100"/>
      </w:pPr>
      <w:r>
        <w:t>Address: __________________________________________________________________</w:t>
      </w:r>
    </w:p>
    <w:p>
      <w:pPr>
        <w:spacing w:after="100"/>
      </w:pPr>
      <w:r>
        <w:t>Postcode: __________  Email Address: __________________  Date of Birth: __________</w:t>
      </w:r>
    </w:p>
    <w:p>
      <w:pPr>
        <w:spacing w:after="100"/>
      </w:pPr>
      <w:r>
        <w:t>Home Phone: _______________________  Mobile: ________________________________</w:t>
      </w:r>
    </w:p>
    <w:p>
      <w:pPr>
        <w:spacing w:after="100"/>
      </w:pPr>
      <w:r>
        <w:t>Work Phone: _______________________  Main phone no.: _________________________</w:t>
      </w:r>
    </w:p>
    <w:p>
      <w:pPr>
        <w:spacing w:after="160"/>
      </w:pPr>
      <w:r>
        <w:rPr>
          <w:b/>
          <w:sz w:val="22"/>
        </w:rPr>
        <w:t>Contact 4 priority 4</w:t>
      </w:r>
    </w:p>
    <w:p>
      <w:pPr>
        <w:spacing w:after="100"/>
      </w:pPr>
      <w:r>
        <w:t>Title: ______  First Name: __________________  Surname: ________________________</w:t>
      </w:r>
    </w:p>
    <w:p>
      <w:pPr>
        <w:spacing w:after="100"/>
      </w:pPr>
      <w:r>
        <w:t>Gender: __________  Relationship to child: __________  Parental Responsibility? Yes / No</w:t>
      </w:r>
    </w:p>
    <w:p>
      <w:pPr>
        <w:spacing w:after="100"/>
      </w:pPr>
      <w:r>
        <w:t>Address: __________________________________________________________________</w:t>
      </w:r>
    </w:p>
    <w:p>
      <w:pPr>
        <w:spacing w:after="100"/>
      </w:pPr>
      <w:r>
        <w:t>Postcode: __________  Email Address: __________________  Date of Birth: __________</w:t>
      </w:r>
    </w:p>
    <w:p>
      <w:pPr>
        <w:spacing w:after="100"/>
      </w:pPr>
      <w:r>
        <w:t>Home Phone: _______________________  Mobile: ________________________________</w:t>
      </w:r>
    </w:p>
    <w:p>
      <w:pPr>
        <w:spacing w:after="100"/>
      </w:pPr>
      <w:r>
        <w:t>Work Phone: _______________________  Main phone no.: _________________________</w:t>
      </w:r>
    </w:p>
    <w:p>
      <w:pPr>
        <w:spacing w:after="120"/>
      </w:pPr>
      <w:r>
        <w:t>Please provide the names of any siblings who attend this school:</w:t>
      </w:r>
    </w:p>
    <w:p>
      <w:pPr>
        <w:spacing w:after="240"/>
      </w:pPr>
      <w:r>
        <w:t>__________________________________________________________________________</w:t>
      </w:r>
    </w:p>
    <w:p>
      <w:pPr>
        <w:spacing w:after="120"/>
      </w:pPr>
      <w:r>
        <w:t>Names and relationships of anyone else who is able to collect your child from school:</w:t>
      </w:r>
    </w:p>
    <w:p>
      <w:pPr>
        <w:spacing w:after="240"/>
      </w:pPr>
      <w:r>
        <w:t>__________________________________________________________________________</w:t>
      </w:r>
    </w:p>
    <w:p>
      <w:pPr>
        <w:spacing w:after="120"/>
      </w:pPr>
      <w:r>
        <w:t>Details of any court orders that apply to the child (e.g. Ward of Court, legal rights of access):</w:t>
      </w:r>
    </w:p>
    <w:p>
      <w:pPr>
        <w:spacing w:after="160"/>
      </w:pPr>
      <w:r>
        <w:t>__________________________________________________________________________</w:t>
      </w:r>
    </w:p>
    <w:p>
      <w:r>
        <w:br w:type="page"/>
      </w:r>
    </w:p>
    <w:p>
      <w:pPr>
        <w:pStyle w:val="Title"/>
        <w:spacing w:after="240"/>
        <w:jc w:val="center"/>
      </w:pPr>
      <w:r>
        <w:rPr>
          <w:color w:val="000000"/>
          <w:sz w:val="30"/>
        </w:rPr>
        <w:t>Medical Details</w:t>
      </w:r>
    </w:p>
    <w:p>
      <w:pPr>
        <w:spacing w:after="160"/>
      </w:pPr>
      <w:r>
        <w:t>Medical Practice Name: ______________________________________________________</w:t>
      </w:r>
    </w:p>
    <w:p>
      <w:pPr>
        <w:spacing w:after="160"/>
      </w:pPr>
      <w:r>
        <w:t>Medical Practice Address: ____________________________________________________</w:t>
      </w:r>
    </w:p>
    <w:p>
      <w:pPr>
        <w:spacing w:after="160"/>
      </w:pPr>
      <w:r>
        <w:t>______________________________________  Telephone Number: __________________</w:t>
      </w:r>
    </w:p>
    <w:p>
      <w:pPr>
        <w:spacing w:after="160"/>
      </w:pPr>
      <w:r>
        <w:t>Dentist Practice Name: _______________________________________________________</w:t>
      </w:r>
    </w:p>
    <w:p>
      <w:pPr>
        <w:spacing w:after="160"/>
      </w:pPr>
      <w:r>
        <w:t>Dentist Practice Address: _____________________________________________________</w:t>
      </w:r>
    </w:p>
    <w:p>
      <w:pPr>
        <w:spacing w:after="160"/>
      </w:pPr>
      <w:r>
        <w:t>______________________________________  Telephone Number: __________________</w:t>
      </w:r>
    </w:p>
    <w:p>
      <w:pPr>
        <w:spacing w:after="160"/>
      </w:pPr>
      <w:r>
        <w:t>Do you give permission for school to call the doctor in an emergency?  ☐ Yes  ☐ No</w:t>
      </w:r>
    </w:p>
    <w:p>
      <w:pPr>
        <w:spacing w:after="160"/>
      </w:pPr>
      <w:r>
        <w:t>Do you give permission for school to administer first aid in an emergency?  ☐ Yes  ☐ No</w:t>
      </w:r>
    </w:p>
    <w:p>
      <w:pPr>
        <w:spacing w:after="160"/>
      </w:pPr>
      <w:r>
        <w:t>Has your child had a Care Plan in recent months?  ☐ Yes  ☐ No</w:t>
      </w:r>
    </w:p>
    <w:p>
      <w:pPr>
        <w:spacing w:after="160"/>
      </w:pPr>
      <w:r>
        <w:t>Please state any other professionals involved with your child:</w:t>
      </w:r>
    </w:p>
    <w:tbl>
      <w:tblPr>
        <w:tblStyle w:val="TableGrid"/>
        <w:tblW w:type="auto" w:w="0"/>
        <w:tblLook w:firstColumn="1" w:firstRow="1" w:lastColumn="0" w:lastRow="0" w:noHBand="0" w:noVBand="1" w:val="04A0"/>
      </w:tblPr>
      <w:tblGrid>
        <w:gridCol w:w="3346"/>
        <w:gridCol w:w="3346"/>
        <w:gridCol w:w="3346"/>
      </w:tblGrid>
      <w:tr>
        <w:trPr>
          <w:trHeight w:val="432"/>
        </w:trPr>
        <w:tc>
          <w:tcPr>
            <w:tcW w:type="dxa" w:w="3346"/>
          </w:tcPr>
          <w:p>
            <w:pPr>
              <w:spacing w:after="60" w:before="60"/>
            </w:pPr>
            <w:r>
              <w:rPr>
                <w:sz w:val="18"/>
              </w:rPr>
              <w:t>Professional service</w:t>
            </w:r>
          </w:p>
        </w:tc>
        <w:tc>
          <w:tcPr>
            <w:tcW w:type="dxa" w:w="3346"/>
          </w:tcPr>
          <w:p>
            <w:pPr>
              <w:spacing w:after="60" w:before="60"/>
            </w:pPr>
            <w:r>
              <w:rPr>
                <w:sz w:val="18"/>
              </w:rPr>
              <w:t>Name</w:t>
            </w:r>
          </w:p>
        </w:tc>
        <w:tc>
          <w:tcPr>
            <w:tcW w:type="dxa" w:w="3346"/>
          </w:tcPr>
          <w:p>
            <w:pPr>
              <w:spacing w:after="60" w:before="60"/>
            </w:pPr>
            <w:r>
              <w:rPr>
                <w:sz w:val="18"/>
              </w:rPr>
              <w:t>Telephone Number</w:t>
            </w:r>
          </w:p>
        </w:tc>
      </w:tr>
      <w:tr>
        <w:trPr>
          <w:trHeight w:val="432"/>
        </w:trPr>
        <w:tc>
          <w:tcPr>
            <w:tcW w:type="dxa" w:w="3346"/>
          </w:tcPr>
          <w:p>
            <w:pPr>
              <w:spacing w:after="60" w:before="60"/>
            </w:pPr>
            <w:r>
              <w:rPr>
                <w:sz w:val="18"/>
              </w:rPr>
              <w:t>Health Visitor / Paediatrician</w:t>
            </w:r>
          </w:p>
        </w:tc>
        <w:tc>
          <w:tcPr>
            <w:tcW w:type="dxa" w:w="3346"/>
          </w:tcPr>
          <w:p>
            <w:pPr>
              <w:spacing w:after="60" w:before="60"/>
            </w:pPr>
            <w:r>
              <w:rPr>
                <w:sz w:val="18"/>
              </w:rPr>
            </w:r>
          </w:p>
        </w:tc>
        <w:tc>
          <w:tcPr>
            <w:tcW w:type="dxa" w:w="3346"/>
          </w:tcPr>
          <w:p>
            <w:pPr>
              <w:spacing w:after="60" w:before="60"/>
            </w:pPr>
            <w:r>
              <w:rPr>
                <w:sz w:val="18"/>
              </w:rPr>
            </w:r>
          </w:p>
        </w:tc>
      </w:tr>
      <w:tr>
        <w:trPr>
          <w:trHeight w:val="432"/>
        </w:trPr>
        <w:tc>
          <w:tcPr>
            <w:tcW w:type="dxa" w:w="3346"/>
          </w:tcPr>
          <w:p>
            <w:pPr>
              <w:spacing w:after="60" w:before="60"/>
            </w:pPr>
            <w:r>
              <w:rPr>
                <w:sz w:val="18"/>
              </w:rPr>
              <w:t>Visual or Hearing Impaired Service</w:t>
            </w:r>
          </w:p>
        </w:tc>
        <w:tc>
          <w:tcPr>
            <w:tcW w:type="dxa" w:w="3346"/>
          </w:tcPr>
          <w:p>
            <w:pPr>
              <w:spacing w:after="60" w:before="60"/>
            </w:pPr>
            <w:r>
              <w:rPr>
                <w:sz w:val="18"/>
              </w:rPr>
            </w:r>
          </w:p>
        </w:tc>
        <w:tc>
          <w:tcPr>
            <w:tcW w:type="dxa" w:w="3346"/>
          </w:tcPr>
          <w:p>
            <w:pPr>
              <w:spacing w:after="60" w:before="60"/>
            </w:pPr>
            <w:r>
              <w:rPr>
                <w:sz w:val="18"/>
              </w:rPr>
            </w:r>
          </w:p>
        </w:tc>
      </w:tr>
      <w:tr>
        <w:trPr>
          <w:trHeight w:val="432"/>
        </w:trPr>
        <w:tc>
          <w:tcPr>
            <w:tcW w:type="dxa" w:w="3346"/>
          </w:tcPr>
          <w:p>
            <w:pPr>
              <w:spacing w:after="60" w:before="60"/>
            </w:pPr>
            <w:r>
              <w:rPr>
                <w:sz w:val="18"/>
              </w:rPr>
              <w:t>Occupational Therapy / Physiotherapist</w:t>
            </w:r>
          </w:p>
        </w:tc>
        <w:tc>
          <w:tcPr>
            <w:tcW w:type="dxa" w:w="3346"/>
          </w:tcPr>
          <w:p>
            <w:pPr>
              <w:spacing w:after="60" w:before="60"/>
            </w:pPr>
            <w:r>
              <w:rPr>
                <w:sz w:val="18"/>
              </w:rPr>
            </w:r>
          </w:p>
        </w:tc>
        <w:tc>
          <w:tcPr>
            <w:tcW w:type="dxa" w:w="3346"/>
          </w:tcPr>
          <w:p>
            <w:pPr>
              <w:spacing w:after="60" w:before="60"/>
            </w:pPr>
            <w:r>
              <w:rPr>
                <w:sz w:val="18"/>
              </w:rPr>
            </w:r>
          </w:p>
        </w:tc>
      </w:tr>
      <w:tr>
        <w:trPr>
          <w:trHeight w:val="432"/>
        </w:trPr>
        <w:tc>
          <w:tcPr>
            <w:tcW w:type="dxa" w:w="3346"/>
          </w:tcPr>
          <w:p>
            <w:pPr>
              <w:spacing w:after="60" w:before="60"/>
            </w:pPr>
            <w:r>
              <w:rPr>
                <w:sz w:val="18"/>
              </w:rPr>
              <w:t>Specialist Early Years Service</w:t>
            </w:r>
          </w:p>
        </w:tc>
        <w:tc>
          <w:tcPr>
            <w:tcW w:type="dxa" w:w="3346"/>
          </w:tcPr>
          <w:p>
            <w:pPr>
              <w:spacing w:after="60" w:before="60"/>
            </w:pPr>
            <w:r>
              <w:rPr>
                <w:sz w:val="18"/>
              </w:rPr>
            </w:r>
          </w:p>
        </w:tc>
        <w:tc>
          <w:tcPr>
            <w:tcW w:type="dxa" w:w="3346"/>
          </w:tcPr>
          <w:p>
            <w:pPr>
              <w:spacing w:after="60" w:before="60"/>
            </w:pPr>
            <w:r>
              <w:rPr>
                <w:sz w:val="18"/>
              </w:rPr>
            </w:r>
          </w:p>
        </w:tc>
      </w:tr>
      <w:tr>
        <w:trPr>
          <w:trHeight w:val="432"/>
        </w:trPr>
        <w:tc>
          <w:tcPr>
            <w:tcW w:type="dxa" w:w="3346"/>
          </w:tcPr>
          <w:p>
            <w:pPr>
              <w:spacing w:after="60" w:before="60"/>
            </w:pPr>
            <w:r>
              <w:rPr>
                <w:sz w:val="18"/>
              </w:rPr>
              <w:t>Speech and Language</w:t>
            </w:r>
          </w:p>
        </w:tc>
        <w:tc>
          <w:tcPr>
            <w:tcW w:type="dxa" w:w="3346"/>
          </w:tcPr>
          <w:p>
            <w:pPr>
              <w:spacing w:after="60" w:before="60"/>
            </w:pPr>
            <w:r>
              <w:rPr>
                <w:sz w:val="18"/>
              </w:rPr>
            </w:r>
          </w:p>
        </w:tc>
        <w:tc>
          <w:tcPr>
            <w:tcW w:type="dxa" w:w="3346"/>
          </w:tcPr>
          <w:p>
            <w:pPr>
              <w:spacing w:after="60" w:before="60"/>
            </w:pPr>
            <w:r>
              <w:rPr>
                <w:sz w:val="18"/>
              </w:rPr>
            </w:r>
          </w:p>
        </w:tc>
      </w:tr>
      <w:tr>
        <w:trPr>
          <w:trHeight w:val="432"/>
        </w:trPr>
        <w:tc>
          <w:tcPr>
            <w:tcW w:type="dxa" w:w="3346"/>
          </w:tcPr>
          <w:p>
            <w:pPr>
              <w:spacing w:after="60" w:before="60"/>
            </w:pPr>
            <w:r>
              <w:rPr>
                <w:sz w:val="18"/>
              </w:rPr>
              <w:t>CAHMS</w:t>
            </w:r>
          </w:p>
        </w:tc>
        <w:tc>
          <w:tcPr>
            <w:tcW w:type="dxa" w:w="3346"/>
          </w:tcPr>
          <w:p>
            <w:pPr>
              <w:spacing w:after="60" w:before="60"/>
            </w:pPr>
            <w:r>
              <w:rPr>
                <w:sz w:val="18"/>
              </w:rPr>
            </w:r>
          </w:p>
        </w:tc>
        <w:tc>
          <w:tcPr>
            <w:tcW w:type="dxa" w:w="3346"/>
          </w:tcPr>
          <w:p>
            <w:pPr>
              <w:spacing w:after="60" w:before="60"/>
            </w:pPr>
            <w:r>
              <w:rPr>
                <w:sz w:val="18"/>
              </w:rPr>
            </w:r>
          </w:p>
        </w:tc>
      </w:tr>
      <w:tr>
        <w:trPr>
          <w:trHeight w:val="432"/>
        </w:trPr>
        <w:tc>
          <w:tcPr>
            <w:tcW w:type="dxa" w:w="3346"/>
          </w:tcPr>
          <w:p>
            <w:pPr>
              <w:spacing w:after="60" w:before="60"/>
            </w:pPr>
            <w:r>
              <w:rPr>
                <w:sz w:val="18"/>
              </w:rPr>
              <w:t>Other please state</w:t>
            </w:r>
          </w:p>
        </w:tc>
        <w:tc>
          <w:tcPr>
            <w:tcW w:type="dxa" w:w="3346"/>
          </w:tcPr>
          <w:p>
            <w:pPr>
              <w:spacing w:after="60" w:before="60"/>
            </w:pPr>
            <w:r>
              <w:rPr>
                <w:sz w:val="18"/>
              </w:rPr>
            </w:r>
          </w:p>
        </w:tc>
        <w:tc>
          <w:tcPr>
            <w:tcW w:type="dxa" w:w="3346"/>
          </w:tcPr>
          <w:p>
            <w:pPr>
              <w:spacing w:after="60" w:before="60"/>
            </w:pPr>
            <w:r>
              <w:rPr>
                <w:sz w:val="18"/>
              </w:rPr>
            </w:r>
          </w:p>
        </w:tc>
      </w:tr>
    </w:tbl>
    <w:p>
      <w:pPr>
        <w:spacing w:after="160"/>
      </w:pPr>
      <w:r>
        <w:t>Please provide details of allergies, dietary requirements and medical conditions that school should be aware of.</w:t>
      </w:r>
    </w:p>
    <w:tbl>
      <w:tblPr>
        <w:tblStyle w:val="TableGrid"/>
        <w:tblW w:type="auto" w:w="0"/>
        <w:tblLook w:firstColumn="1" w:firstRow="1" w:lastColumn="0" w:lastRow="0" w:noHBand="0" w:noVBand="1" w:val="04A0"/>
      </w:tblPr>
      <w:tblGrid>
        <w:gridCol w:w="3346"/>
        <w:gridCol w:w="3346"/>
        <w:gridCol w:w="3346"/>
      </w:tblGrid>
      <w:tr>
        <w:trPr>
          <w:trHeight w:val="576"/>
        </w:trPr>
        <w:tc>
          <w:tcPr>
            <w:tcW w:type="dxa" w:w="3346"/>
          </w:tcPr>
          <w:p>
            <w:pPr>
              <w:spacing w:after="60" w:before="60"/>
            </w:pPr>
            <w:r>
              <w:rPr>
                <w:sz w:val="18"/>
              </w:rPr>
            </w:r>
          </w:p>
        </w:tc>
        <w:tc>
          <w:tcPr>
            <w:tcW w:type="dxa" w:w="3346"/>
          </w:tcPr>
          <w:p>
            <w:pPr>
              <w:spacing w:after="60" w:before="60"/>
            </w:pPr>
            <w:r>
              <w:rPr>
                <w:sz w:val="18"/>
              </w:rPr>
              <w:t>Details</w:t>
            </w:r>
          </w:p>
        </w:tc>
        <w:tc>
          <w:tcPr>
            <w:tcW w:type="dxa" w:w="3346"/>
          </w:tcPr>
          <w:p>
            <w:pPr>
              <w:spacing w:after="60" w:before="60"/>
            </w:pPr>
            <w:r>
              <w:rPr>
                <w:sz w:val="18"/>
              </w:rPr>
              <w:t>Action to be taken / Medication required</w:t>
            </w:r>
          </w:p>
        </w:tc>
      </w:tr>
      <w:tr>
        <w:trPr>
          <w:trHeight w:val="576"/>
        </w:trPr>
        <w:tc>
          <w:tcPr>
            <w:tcW w:type="dxa" w:w="3346"/>
          </w:tcPr>
          <w:p>
            <w:pPr>
              <w:spacing w:after="60" w:before="60"/>
            </w:pPr>
            <w:r>
              <w:rPr>
                <w:sz w:val="18"/>
              </w:rPr>
              <w:t>Allergies</w:t>
            </w:r>
          </w:p>
        </w:tc>
        <w:tc>
          <w:tcPr>
            <w:tcW w:type="dxa" w:w="3346"/>
          </w:tcPr>
          <w:p>
            <w:pPr>
              <w:spacing w:after="60" w:before="60"/>
            </w:pPr>
            <w:r>
              <w:rPr>
                <w:sz w:val="18"/>
              </w:rPr>
            </w:r>
          </w:p>
        </w:tc>
        <w:tc>
          <w:tcPr>
            <w:tcW w:type="dxa" w:w="3346"/>
          </w:tcPr>
          <w:p>
            <w:pPr>
              <w:spacing w:after="60" w:before="60"/>
            </w:pPr>
            <w:r>
              <w:rPr>
                <w:sz w:val="18"/>
              </w:rPr>
            </w:r>
          </w:p>
        </w:tc>
      </w:tr>
      <w:tr>
        <w:trPr>
          <w:trHeight w:val="576"/>
        </w:trPr>
        <w:tc>
          <w:tcPr>
            <w:tcW w:type="dxa" w:w="3346"/>
          </w:tcPr>
          <w:p>
            <w:pPr>
              <w:spacing w:after="60" w:before="60"/>
            </w:pPr>
            <w:r>
              <w:rPr>
                <w:sz w:val="18"/>
              </w:rPr>
              <w:t>Dietary Requirements</w:t>
            </w:r>
          </w:p>
        </w:tc>
        <w:tc>
          <w:tcPr>
            <w:tcW w:type="dxa" w:w="3346"/>
          </w:tcPr>
          <w:p>
            <w:pPr>
              <w:spacing w:after="60" w:before="60"/>
            </w:pPr>
            <w:r>
              <w:rPr>
                <w:sz w:val="18"/>
              </w:rPr>
            </w:r>
          </w:p>
        </w:tc>
        <w:tc>
          <w:tcPr>
            <w:tcW w:type="dxa" w:w="3346"/>
          </w:tcPr>
          <w:p>
            <w:pPr>
              <w:spacing w:after="60" w:before="60"/>
            </w:pPr>
            <w:r>
              <w:rPr>
                <w:sz w:val="18"/>
              </w:rPr>
            </w:r>
          </w:p>
        </w:tc>
      </w:tr>
      <w:tr>
        <w:trPr>
          <w:trHeight w:val="576"/>
        </w:trPr>
        <w:tc>
          <w:tcPr>
            <w:tcW w:type="dxa" w:w="3346"/>
          </w:tcPr>
          <w:p>
            <w:pPr>
              <w:spacing w:after="60" w:before="60"/>
            </w:pPr>
            <w:r>
              <w:rPr>
                <w:sz w:val="18"/>
              </w:rPr>
              <w:t>Medical Conditions</w:t>
            </w:r>
          </w:p>
        </w:tc>
        <w:tc>
          <w:tcPr>
            <w:tcW w:type="dxa" w:w="3346"/>
          </w:tcPr>
          <w:p>
            <w:pPr>
              <w:spacing w:after="60" w:before="60"/>
            </w:pPr>
            <w:r>
              <w:rPr>
                <w:sz w:val="18"/>
              </w:rPr>
            </w:r>
          </w:p>
        </w:tc>
        <w:tc>
          <w:tcPr>
            <w:tcW w:type="dxa" w:w="3346"/>
          </w:tcPr>
          <w:p>
            <w:pPr>
              <w:spacing w:after="60" w:before="60"/>
            </w:pPr>
            <w:r>
              <w:rPr>
                <w:sz w:val="18"/>
              </w:rPr>
            </w:r>
          </w:p>
        </w:tc>
      </w:tr>
    </w:tbl>
    <w:p>
      <w:pPr>
        <w:spacing w:after="160"/>
      </w:pPr>
      <w:r>
        <w:t>Has your child received the following immunisations?</w:t>
      </w:r>
    </w:p>
    <w:tbl>
      <w:tblPr>
        <w:tblStyle w:val="TableGrid"/>
        <w:tblW w:type="auto" w:w="0"/>
        <w:tblLook w:firstColumn="1" w:firstRow="1" w:lastColumn="0" w:lastRow="0" w:noHBand="0" w:noVBand="1" w:val="04A0"/>
      </w:tblPr>
      <w:tblGrid>
        <w:gridCol w:w="3346"/>
        <w:gridCol w:w="3346"/>
        <w:gridCol w:w="3346"/>
      </w:tblGrid>
      <w:tr>
        <w:trPr>
          <w:trHeight w:val="317"/>
        </w:trPr>
        <w:tc>
          <w:tcPr>
            <w:tcW w:type="dxa" w:w="3346"/>
          </w:tcPr>
          <w:p>
            <w:pPr>
              <w:spacing w:after="60" w:before="60"/>
            </w:pPr>
            <w:r>
              <w:rPr>
                <w:sz w:val="18"/>
              </w:rPr>
              <w:t>Immunisation</w:t>
            </w:r>
          </w:p>
        </w:tc>
        <w:tc>
          <w:tcPr>
            <w:tcW w:type="dxa" w:w="3346"/>
          </w:tcPr>
          <w:p>
            <w:pPr>
              <w:spacing w:after="60" w:before="60"/>
            </w:pPr>
            <w:r>
              <w:rPr>
                <w:sz w:val="18"/>
              </w:rPr>
              <w:t>YES</w:t>
            </w:r>
          </w:p>
        </w:tc>
        <w:tc>
          <w:tcPr>
            <w:tcW w:type="dxa" w:w="3346"/>
          </w:tcPr>
          <w:p>
            <w:pPr>
              <w:spacing w:after="60" w:before="60"/>
            </w:pPr>
            <w:r>
              <w:rPr>
                <w:sz w:val="18"/>
              </w:rPr>
              <w:t>NO</w:t>
            </w:r>
          </w:p>
        </w:tc>
      </w:tr>
      <w:tr>
        <w:trPr>
          <w:trHeight w:val="317"/>
        </w:trPr>
        <w:tc>
          <w:tcPr>
            <w:tcW w:type="dxa" w:w="3346"/>
          </w:tcPr>
          <w:p>
            <w:pPr>
              <w:spacing w:after="60" w:before="60"/>
            </w:pPr>
            <w:r>
              <w:rPr>
                <w:sz w:val="18"/>
              </w:rPr>
              <w:t>Diphtheria</w:t>
            </w:r>
          </w:p>
        </w:tc>
        <w:tc>
          <w:tcPr>
            <w:tcW w:type="dxa" w:w="3346"/>
          </w:tcPr>
          <w:p>
            <w:pPr>
              <w:spacing w:after="60" w:before="60"/>
            </w:pPr>
            <w:r>
              <w:rPr>
                <w:sz w:val="18"/>
              </w:rPr>
              <w:t>☐</w:t>
            </w:r>
          </w:p>
        </w:tc>
        <w:tc>
          <w:tcPr>
            <w:tcW w:type="dxa" w:w="3346"/>
          </w:tcPr>
          <w:p>
            <w:pPr>
              <w:spacing w:after="60" w:before="60"/>
            </w:pPr>
            <w:r>
              <w:rPr>
                <w:sz w:val="18"/>
              </w:rPr>
              <w:t>☐</w:t>
            </w:r>
          </w:p>
        </w:tc>
      </w:tr>
      <w:tr>
        <w:trPr>
          <w:trHeight w:val="317"/>
        </w:trPr>
        <w:tc>
          <w:tcPr>
            <w:tcW w:type="dxa" w:w="3346"/>
          </w:tcPr>
          <w:p>
            <w:pPr>
              <w:spacing w:after="60" w:before="60"/>
            </w:pPr>
            <w:r>
              <w:rPr>
                <w:sz w:val="18"/>
              </w:rPr>
              <w:t>H.I.B.</w:t>
            </w:r>
          </w:p>
        </w:tc>
        <w:tc>
          <w:tcPr>
            <w:tcW w:type="dxa" w:w="3346"/>
          </w:tcPr>
          <w:p>
            <w:pPr>
              <w:spacing w:after="60" w:before="60"/>
            </w:pPr>
            <w:r>
              <w:rPr>
                <w:sz w:val="18"/>
              </w:rPr>
              <w:t>☐</w:t>
            </w:r>
          </w:p>
        </w:tc>
        <w:tc>
          <w:tcPr>
            <w:tcW w:type="dxa" w:w="3346"/>
          </w:tcPr>
          <w:p>
            <w:pPr>
              <w:spacing w:after="60" w:before="60"/>
            </w:pPr>
            <w:r>
              <w:rPr>
                <w:sz w:val="18"/>
              </w:rPr>
              <w:t>☐</w:t>
            </w:r>
          </w:p>
        </w:tc>
      </w:tr>
      <w:tr>
        <w:trPr>
          <w:trHeight w:val="317"/>
        </w:trPr>
        <w:tc>
          <w:tcPr>
            <w:tcW w:type="dxa" w:w="3346"/>
          </w:tcPr>
          <w:p>
            <w:pPr>
              <w:spacing w:after="60" w:before="60"/>
            </w:pPr>
            <w:r>
              <w:rPr>
                <w:sz w:val="18"/>
              </w:rPr>
              <w:t>Meningitis</w:t>
            </w:r>
          </w:p>
        </w:tc>
        <w:tc>
          <w:tcPr>
            <w:tcW w:type="dxa" w:w="3346"/>
          </w:tcPr>
          <w:p>
            <w:pPr>
              <w:spacing w:after="60" w:before="60"/>
            </w:pPr>
            <w:r>
              <w:rPr>
                <w:sz w:val="18"/>
              </w:rPr>
              <w:t>☐</w:t>
            </w:r>
          </w:p>
        </w:tc>
        <w:tc>
          <w:tcPr>
            <w:tcW w:type="dxa" w:w="3346"/>
          </w:tcPr>
          <w:p>
            <w:pPr>
              <w:spacing w:after="60" w:before="60"/>
            </w:pPr>
            <w:r>
              <w:rPr>
                <w:sz w:val="18"/>
              </w:rPr>
              <w:t>☐</w:t>
            </w:r>
          </w:p>
        </w:tc>
      </w:tr>
      <w:tr>
        <w:trPr>
          <w:trHeight w:val="317"/>
        </w:trPr>
        <w:tc>
          <w:tcPr>
            <w:tcW w:type="dxa" w:w="3346"/>
          </w:tcPr>
          <w:p>
            <w:pPr>
              <w:spacing w:after="60" w:before="60"/>
            </w:pPr>
            <w:r>
              <w:rPr>
                <w:sz w:val="18"/>
              </w:rPr>
              <w:t>M.M.R.</w:t>
            </w:r>
          </w:p>
        </w:tc>
        <w:tc>
          <w:tcPr>
            <w:tcW w:type="dxa" w:w="3346"/>
          </w:tcPr>
          <w:p>
            <w:pPr>
              <w:spacing w:after="60" w:before="60"/>
            </w:pPr>
            <w:r>
              <w:rPr>
                <w:sz w:val="18"/>
              </w:rPr>
              <w:t>☐</w:t>
            </w:r>
          </w:p>
        </w:tc>
        <w:tc>
          <w:tcPr>
            <w:tcW w:type="dxa" w:w="3346"/>
          </w:tcPr>
          <w:p>
            <w:pPr>
              <w:spacing w:after="60" w:before="60"/>
            </w:pPr>
            <w:r>
              <w:rPr>
                <w:sz w:val="18"/>
              </w:rPr>
              <w:t>☐</w:t>
            </w:r>
          </w:p>
        </w:tc>
      </w:tr>
      <w:tr>
        <w:trPr>
          <w:trHeight w:val="317"/>
        </w:trPr>
        <w:tc>
          <w:tcPr>
            <w:tcW w:type="dxa" w:w="3346"/>
          </w:tcPr>
          <w:p>
            <w:pPr>
              <w:spacing w:after="60" w:before="60"/>
            </w:pPr>
            <w:r>
              <w:rPr>
                <w:sz w:val="18"/>
              </w:rPr>
              <w:t>Polio</w:t>
            </w:r>
          </w:p>
        </w:tc>
        <w:tc>
          <w:tcPr>
            <w:tcW w:type="dxa" w:w="3346"/>
          </w:tcPr>
          <w:p>
            <w:pPr>
              <w:spacing w:after="60" w:before="60"/>
            </w:pPr>
            <w:r>
              <w:rPr>
                <w:sz w:val="18"/>
              </w:rPr>
              <w:t>☐</w:t>
            </w:r>
          </w:p>
        </w:tc>
        <w:tc>
          <w:tcPr>
            <w:tcW w:type="dxa" w:w="3346"/>
          </w:tcPr>
          <w:p>
            <w:pPr>
              <w:spacing w:after="60" w:before="60"/>
            </w:pPr>
            <w:r>
              <w:rPr>
                <w:sz w:val="18"/>
              </w:rPr>
              <w:t>☐</w:t>
            </w:r>
          </w:p>
        </w:tc>
      </w:tr>
      <w:tr>
        <w:trPr>
          <w:trHeight w:val="317"/>
        </w:trPr>
        <w:tc>
          <w:tcPr>
            <w:tcW w:type="dxa" w:w="3346"/>
          </w:tcPr>
          <w:p>
            <w:pPr>
              <w:spacing w:after="60" w:before="60"/>
            </w:pPr>
            <w:r>
              <w:rPr>
                <w:sz w:val="18"/>
              </w:rPr>
              <w:t>Tetanus</w:t>
            </w:r>
          </w:p>
        </w:tc>
        <w:tc>
          <w:tcPr>
            <w:tcW w:type="dxa" w:w="3346"/>
          </w:tcPr>
          <w:p>
            <w:pPr>
              <w:spacing w:after="60" w:before="60"/>
            </w:pPr>
            <w:r>
              <w:rPr>
                <w:sz w:val="18"/>
              </w:rPr>
              <w:t>☐</w:t>
            </w:r>
          </w:p>
        </w:tc>
        <w:tc>
          <w:tcPr>
            <w:tcW w:type="dxa" w:w="3346"/>
          </w:tcPr>
          <w:p>
            <w:pPr>
              <w:spacing w:after="60" w:before="60"/>
            </w:pPr>
            <w:r>
              <w:rPr>
                <w:sz w:val="18"/>
              </w:rPr>
              <w:t>☐</w:t>
            </w:r>
          </w:p>
        </w:tc>
      </w:tr>
      <w:tr>
        <w:trPr>
          <w:trHeight w:val="317"/>
        </w:trPr>
        <w:tc>
          <w:tcPr>
            <w:tcW w:type="dxa" w:w="3346"/>
          </w:tcPr>
          <w:p>
            <w:pPr>
              <w:spacing w:after="60" w:before="60"/>
            </w:pPr>
            <w:r>
              <w:rPr>
                <w:sz w:val="18"/>
              </w:rPr>
              <w:t>Whooping Cough</w:t>
            </w:r>
          </w:p>
        </w:tc>
        <w:tc>
          <w:tcPr>
            <w:tcW w:type="dxa" w:w="3346"/>
          </w:tcPr>
          <w:p>
            <w:pPr>
              <w:spacing w:after="60" w:before="60"/>
            </w:pPr>
            <w:r>
              <w:rPr>
                <w:sz w:val="18"/>
              </w:rPr>
              <w:t>☐</w:t>
            </w:r>
          </w:p>
        </w:tc>
        <w:tc>
          <w:tcPr>
            <w:tcW w:type="dxa" w:w="3346"/>
          </w:tcPr>
          <w:p>
            <w:pPr>
              <w:spacing w:after="60" w:before="60"/>
            </w:pPr>
            <w:r>
              <w:rPr>
                <w:sz w:val="18"/>
              </w:rPr>
              <w:t>☐</w:t>
            </w:r>
          </w:p>
        </w:tc>
      </w:tr>
    </w:tbl>
    <w:p>
      <w:r>
        <w:br w:type="page"/>
      </w:r>
    </w:p>
    <w:p>
      <w:pPr>
        <w:pStyle w:val="Title"/>
        <w:spacing w:after="240"/>
        <w:jc w:val="center"/>
      </w:pPr>
      <w:r>
        <w:rPr>
          <w:color w:val="000000"/>
          <w:sz w:val="30"/>
        </w:rPr>
        <w:t>Educational Information and Declaration</w:t>
      </w:r>
    </w:p>
    <w:p>
      <w:pPr>
        <w:spacing w:after="200"/>
      </w:pPr>
      <w:r>
        <w:t>Please list any other schools or childcare providers that your child has attended:</w:t>
      </w:r>
    </w:p>
    <w:tbl>
      <w:tblPr>
        <w:tblStyle w:val="TableGrid"/>
        <w:tblW w:type="auto" w:w="0"/>
        <w:tblLook w:firstColumn="1" w:firstRow="1" w:lastColumn="0" w:lastRow="0" w:noHBand="0" w:noVBand="1" w:val="04A0"/>
      </w:tblPr>
      <w:tblGrid>
        <w:gridCol w:w="2509"/>
        <w:gridCol w:w="2509"/>
        <w:gridCol w:w="2509"/>
        <w:gridCol w:w="2509"/>
      </w:tblGrid>
      <w:tr>
        <w:trPr>
          <w:trHeight w:val="720"/>
        </w:trPr>
        <w:tc>
          <w:tcPr>
            <w:tcW w:type="dxa" w:w="2509"/>
          </w:tcPr>
          <w:p>
            <w:pPr>
              <w:spacing w:after="60" w:before="60"/>
            </w:pPr>
            <w:r>
              <w:rPr>
                <w:sz w:val="18"/>
              </w:rPr>
              <w:t>Name of Setting</w:t>
            </w:r>
          </w:p>
        </w:tc>
        <w:tc>
          <w:tcPr>
            <w:tcW w:type="dxa" w:w="2509"/>
          </w:tcPr>
          <w:p>
            <w:pPr>
              <w:spacing w:after="60" w:before="60"/>
            </w:pPr>
            <w:r>
              <w:rPr>
                <w:sz w:val="18"/>
              </w:rPr>
              <w:t>Contact Details</w:t>
            </w:r>
          </w:p>
        </w:tc>
        <w:tc>
          <w:tcPr>
            <w:tcW w:type="dxa" w:w="2509"/>
          </w:tcPr>
          <w:p>
            <w:pPr>
              <w:spacing w:after="60" w:before="60"/>
            </w:pPr>
            <w:r>
              <w:rPr>
                <w:sz w:val="18"/>
              </w:rPr>
              <w:t>Date Started</w:t>
            </w:r>
          </w:p>
        </w:tc>
        <w:tc>
          <w:tcPr>
            <w:tcW w:type="dxa" w:w="2509"/>
          </w:tcPr>
          <w:p>
            <w:pPr>
              <w:spacing w:after="60" w:before="60"/>
            </w:pPr>
            <w:r>
              <w:rPr>
                <w:sz w:val="18"/>
              </w:rPr>
              <w:t>Date Left</w:t>
            </w:r>
          </w:p>
        </w:tc>
      </w:tr>
      <w:tr>
        <w:trPr>
          <w:trHeight w:val="720"/>
        </w:trPr>
        <w:tc>
          <w:tcPr>
            <w:tcW w:type="dxa" w:w="2509"/>
          </w:tcPr>
          <w:p>
            <w:pPr>
              <w:spacing w:after="60" w:before="60"/>
            </w:pPr>
            <w:r>
              <w:rPr>
                <w:sz w:val="18"/>
              </w:rPr>
            </w:r>
          </w:p>
        </w:tc>
        <w:tc>
          <w:tcPr>
            <w:tcW w:type="dxa" w:w="2509"/>
          </w:tcPr>
          <w:p>
            <w:pPr>
              <w:spacing w:after="60" w:before="60"/>
            </w:pPr>
            <w:r>
              <w:rPr>
                <w:sz w:val="18"/>
              </w:rPr>
            </w:r>
          </w:p>
        </w:tc>
        <w:tc>
          <w:tcPr>
            <w:tcW w:type="dxa" w:w="2509"/>
          </w:tcPr>
          <w:p>
            <w:pPr>
              <w:spacing w:after="60" w:before="60"/>
            </w:pPr>
            <w:r>
              <w:rPr>
                <w:sz w:val="18"/>
              </w:rPr>
            </w:r>
          </w:p>
        </w:tc>
        <w:tc>
          <w:tcPr>
            <w:tcW w:type="dxa" w:w="2509"/>
          </w:tcPr>
          <w:p>
            <w:pPr>
              <w:spacing w:after="60" w:before="60"/>
            </w:pPr>
            <w:r>
              <w:rPr>
                <w:sz w:val="18"/>
              </w:rPr>
            </w:r>
          </w:p>
        </w:tc>
      </w:tr>
      <w:tr>
        <w:trPr>
          <w:trHeight w:val="720"/>
        </w:trPr>
        <w:tc>
          <w:tcPr>
            <w:tcW w:type="dxa" w:w="2509"/>
          </w:tcPr>
          <w:p>
            <w:pPr>
              <w:spacing w:after="60" w:before="60"/>
            </w:pPr>
            <w:r>
              <w:rPr>
                <w:sz w:val="18"/>
              </w:rPr>
            </w:r>
          </w:p>
        </w:tc>
        <w:tc>
          <w:tcPr>
            <w:tcW w:type="dxa" w:w="2509"/>
          </w:tcPr>
          <w:p>
            <w:pPr>
              <w:spacing w:after="60" w:before="60"/>
            </w:pPr>
            <w:r>
              <w:rPr>
                <w:sz w:val="18"/>
              </w:rPr>
            </w:r>
          </w:p>
        </w:tc>
        <w:tc>
          <w:tcPr>
            <w:tcW w:type="dxa" w:w="2509"/>
          </w:tcPr>
          <w:p>
            <w:pPr>
              <w:spacing w:after="60" w:before="60"/>
            </w:pPr>
            <w:r>
              <w:rPr>
                <w:sz w:val="18"/>
              </w:rPr>
            </w:r>
          </w:p>
        </w:tc>
        <w:tc>
          <w:tcPr>
            <w:tcW w:type="dxa" w:w="2509"/>
          </w:tcPr>
          <w:p>
            <w:pPr>
              <w:spacing w:after="60" w:before="60"/>
            </w:pPr>
            <w:r>
              <w:rPr>
                <w:sz w:val="18"/>
              </w:rPr>
            </w:r>
          </w:p>
        </w:tc>
      </w:tr>
      <w:tr>
        <w:trPr>
          <w:trHeight w:val="720"/>
        </w:trPr>
        <w:tc>
          <w:tcPr>
            <w:tcW w:type="dxa" w:w="2509"/>
          </w:tcPr>
          <w:p>
            <w:pPr>
              <w:spacing w:after="60" w:before="60"/>
            </w:pPr>
            <w:r>
              <w:rPr>
                <w:sz w:val="18"/>
              </w:rPr>
            </w:r>
          </w:p>
        </w:tc>
        <w:tc>
          <w:tcPr>
            <w:tcW w:type="dxa" w:w="2509"/>
          </w:tcPr>
          <w:p>
            <w:pPr>
              <w:spacing w:after="60" w:before="60"/>
            </w:pPr>
            <w:r>
              <w:rPr>
                <w:sz w:val="18"/>
              </w:rPr>
            </w:r>
          </w:p>
        </w:tc>
        <w:tc>
          <w:tcPr>
            <w:tcW w:type="dxa" w:w="2509"/>
          </w:tcPr>
          <w:p>
            <w:pPr>
              <w:spacing w:after="60" w:before="60"/>
            </w:pPr>
            <w:r>
              <w:rPr>
                <w:sz w:val="18"/>
              </w:rPr>
            </w:r>
          </w:p>
        </w:tc>
        <w:tc>
          <w:tcPr>
            <w:tcW w:type="dxa" w:w="2509"/>
          </w:tcPr>
          <w:p>
            <w:pPr>
              <w:spacing w:after="60" w:before="60"/>
            </w:pPr>
            <w:r>
              <w:rPr>
                <w:sz w:val="18"/>
              </w:rPr>
            </w:r>
          </w:p>
        </w:tc>
      </w:tr>
      <w:tr>
        <w:trPr>
          <w:trHeight w:val="720"/>
        </w:trPr>
        <w:tc>
          <w:tcPr>
            <w:tcW w:type="dxa" w:w="2509"/>
          </w:tcPr>
          <w:p>
            <w:pPr>
              <w:spacing w:after="60" w:before="60"/>
            </w:pPr>
            <w:r>
              <w:rPr>
                <w:sz w:val="18"/>
              </w:rPr>
            </w:r>
          </w:p>
        </w:tc>
        <w:tc>
          <w:tcPr>
            <w:tcW w:type="dxa" w:w="2509"/>
          </w:tcPr>
          <w:p>
            <w:pPr>
              <w:spacing w:after="60" w:before="60"/>
            </w:pPr>
            <w:r>
              <w:rPr>
                <w:sz w:val="18"/>
              </w:rPr>
            </w:r>
          </w:p>
        </w:tc>
        <w:tc>
          <w:tcPr>
            <w:tcW w:type="dxa" w:w="2509"/>
          </w:tcPr>
          <w:p>
            <w:pPr>
              <w:spacing w:after="60" w:before="60"/>
            </w:pPr>
            <w:r>
              <w:rPr>
                <w:sz w:val="18"/>
              </w:rPr>
            </w:r>
          </w:p>
        </w:tc>
        <w:tc>
          <w:tcPr>
            <w:tcW w:type="dxa" w:w="2509"/>
          </w:tcPr>
          <w:p>
            <w:pPr>
              <w:spacing w:after="60" w:before="60"/>
            </w:pPr>
            <w:r>
              <w:rPr>
                <w:sz w:val="18"/>
              </w:rPr>
            </w:r>
          </w:p>
        </w:tc>
      </w:tr>
    </w:tbl>
    <w:p>
      <w:pPr>
        <w:spacing w:after="160"/>
      </w:pPr>
      <w:r>
        <w:rPr>
          <w:b/>
          <w:sz w:val="22"/>
        </w:rPr>
        <w:t>Declaration</w:t>
      </w:r>
    </w:p>
    <w:p>
      <w:pPr>
        <w:spacing w:after="200"/>
      </w:pPr>
      <w:r>
        <w:t>I understand that:</w:t>
      </w:r>
    </w:p>
    <w:p>
      <w:pPr>
        <w:spacing w:after="280"/>
      </w:pPr>
      <w:r>
        <w:t>• Staff may report any concerns about my child to social services if they have issues concerning child protection.</w:t>
      </w:r>
    </w:p>
    <w:p>
      <w:pPr>
        <w:spacing w:after="280"/>
      </w:pPr>
      <w:r>
        <w:t>• I will need to sign a Medication Form to authorise school to administer any medication prescribed to my child.</w:t>
      </w:r>
    </w:p>
    <w:p>
      <w:pPr>
        <w:spacing w:after="280"/>
      </w:pPr>
      <w:r>
        <w:t>• I must apply in writing for any planned leave of absence from school using the appropriate school form.</w:t>
      </w:r>
    </w:p>
    <w:p>
      <w:pPr>
        <w:spacing w:after="280"/>
      </w:pPr>
      <w:r>
        <w:t>• I will be required to update the information on this form annually.</w:t>
      </w:r>
    </w:p>
    <w:p>
      <w:pPr>
        <w:spacing w:after="280"/>
      </w:pPr>
      <w:r>
        <w:t>• I must inform the school of any changes to the information on this form.</w:t>
      </w:r>
    </w:p>
    <w:p>
      <w:pPr>
        <w:spacing w:after="360"/>
      </w:pPr>
      <w:r>
        <w:t>My signature below is an acknowledgement that I understand and agree with the information provided on this form.</w:t>
      </w:r>
    </w:p>
    <w:p>
      <w:pPr>
        <w:spacing w:after="360"/>
      </w:pPr>
      <w:r>
        <w:t>Signed: __________________________  Print Name: ______________________________</w:t>
      </w:r>
    </w:p>
    <w:p>
      <w:pPr>
        <w:spacing w:after="440"/>
      </w:pPr>
      <w:r>
        <w:t>Relation to child: ______________________________  Date: ________________________</w:t>
      </w:r>
    </w:p>
    <w:p>
      <w:pPr>
        <w:spacing w:after="200"/>
      </w:pPr>
      <w:r>
        <w:t>GDPR Regulations: The school is collecting this data in order to meet its statutory responsibilities for the provision of education to children in accordance with the requirements of the Education Act 1996, the School Standards and Framework Act 1998 and the Data Protection Act 2018. Some of this data will be shared with the Local Authority and may be shared with other agencies that are involved with the health and welfare of school children.</w:t>
      </w:r>
    </w:p>
    <w:sectPr w:rsidR="00FC693F" w:rsidRPr="0006063C" w:rsidSect="00034616">
      <w:footerReference w:type="default" r:id="rId10"/>
      <w:pgSz w:w="11909" w:h="16834"/>
      <w:pgMar w:top="864" w:right="936" w:bottom="864" w:left="936" w:header="720" w:footer="720" w:gutter="0"/>
      <w:pgBorders w:offsetFrom="page" w:display="allPages">
        <w:top w:val="single" w:sz="12" w:space="18" w:color="3A7C22"/>
        <w:left w:val="single" w:sz="12" w:space="18" w:color="3A7C22"/>
        <w:bottom w:val="single" w:sz="12" w:space="18" w:color="3A7C22"/>
        <w:right w:val="single" w:sz="12" w:space="18" w:color="3A7C22"/>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color w:val="3A7C22"/>
        <w:sz w:val="16"/>
      </w:rPr>
      <w:t>Highgate Road, Woodside, Dudley, DY2 0SH | Headteacher: Mrs C Johnson</w:t>
      <w:br/>
      <w:t>Tel: 01384 818245 | Email: info@woodside.dudley.sch.uk</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40"/>
    </w:pPr>
    <w:rPr>
      <w:rFonts w:ascii="Arial" w:hAnsi="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