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  <w:jc w:val="center"/>
      </w:pPr>
      <w:r>
        <w:drawing>
          <wp:inline xmlns:a="http://schemas.openxmlformats.org/drawingml/2006/main" xmlns:pic="http://schemas.openxmlformats.org/drawingml/2006/picture">
            <wp:extent cx="731520" cy="73152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3A7C22"/>
          <w:sz w:val="28"/>
        </w:rPr>
        <w:t>Woodside Primary School and Nursery</w:t>
      </w:r>
    </w:p>
    <w:p>
      <w:pPr>
        <w:pStyle w:val="Title"/>
        <w:spacing w:after="240"/>
        <w:jc w:val="center"/>
      </w:pPr>
      <w:r>
        <w:rPr>
          <w:color w:val="000000"/>
          <w:sz w:val="30"/>
        </w:rPr>
        <w:t>Change of Contact Details</w:t>
      </w:r>
    </w:p>
    <w:p>
      <w:pPr>
        <w:spacing w:after="460"/>
      </w:pPr>
      <w:r>
        <w:t>Child’s Name __________________________________________________________________</w:t>
      </w:r>
    </w:p>
    <w:p>
      <w:pPr>
        <w:spacing w:after="460"/>
      </w:pPr>
      <w:r>
        <w:t>Class _________________________________________________________________________</w:t>
      </w:r>
    </w:p>
    <w:p>
      <w:pPr>
        <w:spacing w:after="460"/>
      </w:pPr>
      <w:r>
        <w:t>New Address ___________________________________________________________________</w:t>
      </w:r>
    </w:p>
    <w:p>
      <w:pPr>
        <w:spacing w:after="460"/>
      </w:pPr>
      <w:r>
        <w:t>______________________________________________________________________________</w:t>
      </w:r>
    </w:p>
    <w:p>
      <w:pPr>
        <w:spacing w:after="460"/>
      </w:pPr>
      <w:r>
        <w:t>Contact Name __________________________________________________________________</w:t>
      </w:r>
    </w:p>
    <w:p>
      <w:pPr>
        <w:spacing w:after="460"/>
      </w:pPr>
      <w:r>
        <w:t>Relationship to Child _________________________________________________________</w:t>
      </w:r>
    </w:p>
    <w:p>
      <w:pPr>
        <w:spacing w:after="460"/>
      </w:pPr>
      <w:r>
        <w:t>Telephone Number ______________________________________________________________</w:t>
      </w:r>
    </w:p>
    <w:p>
      <w:pPr>
        <w:spacing w:after="460"/>
      </w:pPr>
      <w:r>
        <w:t>Date of change or move ________________________________________________________</w:t>
      </w:r>
    </w:p>
    <w:p>
      <w:pPr>
        <w:spacing w:after="460"/>
      </w:pPr>
      <w:r>
        <w:t>Date Updated __________________________________________________________________</w:t>
      </w:r>
    </w:p>
    <w:p>
      <w:pPr>
        <w:spacing w:after="460"/>
      </w:pPr>
      <w:r>
        <w:t>Member of Staff _______________________________________________________________</w:t>
      </w:r>
    </w:p>
    <w:sectPr w:rsidR="00FC693F" w:rsidRPr="0006063C" w:rsidSect="00034616">
      <w:footerReference w:type="default" r:id="rId10"/>
      <w:pgSz w:w="11909" w:h="16834"/>
      <w:pgMar w:top="864" w:right="936" w:bottom="864" w:left="936" w:header="720" w:footer="720" w:gutter="0"/>
      <w:pgBorders w:offsetFrom="page" w:display="allPages">
        <w:top w:val="single" w:sz="12" w:space="18" w:color="3A7C22"/>
        <w:left w:val="single" w:sz="12" w:space="18" w:color="3A7C22"/>
        <w:bottom w:val="single" w:sz="12" w:space="18" w:color="3A7C22"/>
        <w:right w:val="single" w:sz="12" w:space="18" w:color="3A7C22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3A7C22"/>
        <w:sz w:val="16"/>
      </w:rPr>
      <w:t>Highgate Road, Woodside, Dudley, DY2 0SH | Headteacher: Mrs C Johnson</w:t>
      <w:br/>
      <w:t>Tel: 01384 818245 | Email: info@woodside.dudley.sch.uk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