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731520" cy="7315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3A7C22"/>
          <w:sz w:val="28"/>
        </w:rPr>
        <w:t>Woodside Primary School and Nursery</w:t>
      </w:r>
    </w:p>
    <w:p>
      <w:pPr>
        <w:pStyle w:val="Title"/>
        <w:spacing w:after="240"/>
        <w:jc w:val="center"/>
      </w:pPr>
      <w:r>
        <w:rPr>
          <w:color w:val="000000"/>
          <w:sz w:val="30"/>
        </w:rPr>
        <w:t>Request for School to Administer Medication</w:t>
      </w:r>
    </w:p>
    <w:p>
      <w:pPr>
        <w:spacing w:after="160"/>
      </w:pPr>
      <w:r>
        <w:t>The school will not give your child medicine unless you complete and sign this form.</w:t>
      </w:r>
    </w:p>
    <w:p>
      <w:pPr>
        <w:spacing w:after="100"/>
      </w:pPr>
      <w:r>
        <w:rPr>
          <w:b/>
        </w:rPr>
        <w:t>PUPIL DETAILS</w:t>
      </w:r>
    </w:p>
    <w:p>
      <w:pPr>
        <w:spacing w:after="120"/>
      </w:pPr>
      <w:r>
        <w:t>Surname: _____________________  Forename(s): __________________  Class: __________</w:t>
      </w:r>
    </w:p>
    <w:p>
      <w:pPr>
        <w:spacing w:after="120"/>
      </w:pPr>
      <w:r>
        <w:t>Male / Female (please delete as appropriate)    Date of Birth: _________________________</w:t>
      </w:r>
    </w:p>
    <w:p>
      <w:pPr>
        <w:spacing w:after="120"/>
      </w:pPr>
      <w:r>
        <w:t>Address: __________________________________________________________________</w:t>
      </w:r>
    </w:p>
    <w:p>
      <w:pPr>
        <w:spacing w:after="120"/>
      </w:pPr>
      <w:r>
        <w:t>_________________________________________________________________________</w:t>
      </w:r>
    </w:p>
    <w:p>
      <w:pPr>
        <w:spacing w:after="120"/>
      </w:pPr>
      <w:r>
        <w:t>Condition of illness: _________________________________________________________</w:t>
      </w:r>
    </w:p>
    <w:p>
      <w:pPr>
        <w:spacing w:after="100"/>
      </w:pPr>
      <w:r>
        <w:rPr>
          <w:b/>
        </w:rPr>
        <w:t>MEDICATION DETAILS</w:t>
      </w:r>
    </w:p>
    <w:p>
      <w:pPr>
        <w:spacing w:after="120"/>
      </w:pPr>
      <w:r>
        <w:t>Name / Type of Medication (as described on the container): __________________________</w:t>
      </w:r>
    </w:p>
    <w:p>
      <w:pPr>
        <w:spacing w:after="120"/>
      </w:pPr>
      <w:r>
        <w:t>Date Dispensed: ____________________  Expiry Date: ______________________________</w:t>
      </w:r>
    </w:p>
    <w:p>
      <w:pPr>
        <w:spacing w:after="120"/>
      </w:pPr>
      <w:r>
        <w:t>For how long will your child take this medication: __________________________________</w:t>
      </w:r>
    </w:p>
    <w:p>
      <w:pPr>
        <w:spacing w:after="120"/>
      </w:pPr>
      <w:r>
        <w:t>Dosage and method: __________________________  Timing: ________________________</w:t>
      </w:r>
    </w:p>
    <w:p>
      <w:pPr>
        <w:spacing w:after="120"/>
      </w:pPr>
      <w:r>
        <w:t>Time last dispensed: __________________________________________________________</w:t>
      </w:r>
    </w:p>
    <w:p>
      <w:pPr>
        <w:spacing w:after="120"/>
      </w:pPr>
      <w:r>
        <w:t>Special Precautions: __________________________________________________________</w:t>
      </w:r>
    </w:p>
    <w:p>
      <w:pPr>
        <w:spacing w:after="120"/>
      </w:pPr>
      <w:r>
        <w:t>Are there any side effects that the school should know about: _________________________</w:t>
      </w:r>
    </w:p>
    <w:p>
      <w:pPr>
        <w:spacing w:after="120"/>
      </w:pPr>
      <w:r>
        <w:t>Any other Medical Conditions that we should know about: ___________________________</w:t>
      </w:r>
    </w:p>
    <w:p>
      <w:pPr>
        <w:spacing w:after="120"/>
      </w:pPr>
      <w:r>
        <w:t>Self Administration: Yes / No (please delete as appropriate)</w:t>
      </w:r>
    </w:p>
    <w:p>
      <w:pPr>
        <w:spacing w:after="120"/>
      </w:pPr>
      <w:r>
        <w:t>Procedures to take in an emergency: ______________________________________________</w:t>
      </w:r>
    </w:p>
    <w:p>
      <w:pPr>
        <w:spacing w:after="100"/>
      </w:pPr>
      <w:r>
        <w:rPr>
          <w:b/>
        </w:rPr>
        <w:t>CONTACT DETAILS</w:t>
      </w:r>
    </w:p>
    <w:p>
      <w:pPr>
        <w:spacing w:after="120"/>
      </w:pPr>
      <w:r>
        <w:t>Name: ____________________________________________________________________</w:t>
      </w:r>
    </w:p>
    <w:p>
      <w:pPr>
        <w:spacing w:after="120"/>
      </w:pPr>
      <w:r>
        <w:t>Telephone Number: __________________________________________________________</w:t>
      </w:r>
    </w:p>
    <w:p>
      <w:pPr>
        <w:spacing w:after="120"/>
      </w:pPr>
      <w:r>
        <w:t>Relationship to pupil: _________________________________________________________</w:t>
      </w:r>
    </w:p>
    <w:p>
      <w:pPr>
        <w:spacing w:after="120"/>
      </w:pPr>
      <w:r>
        <w:t>Address: __________________________________________________________________</w:t>
      </w:r>
    </w:p>
    <w:p>
      <w:pPr>
        <w:spacing w:after="120"/>
      </w:pPr>
      <w:r>
        <w:t>I understand that I must deliver the medicine personally to a member of staff and I accept that this is a service the school is not obliged to undertake.</w:t>
      </w:r>
    </w:p>
    <w:p>
      <w:pPr>
        <w:spacing w:after="120"/>
      </w:pPr>
      <w:r>
        <w:t>I understand that I must notify the school of any changes in writing.</w:t>
      </w:r>
    </w:p>
    <w:p>
      <w:pPr>
        <w:spacing w:after="120"/>
      </w:pPr>
      <w:r>
        <w:t>Signed: __________________________________  Date: ___________________________</w:t>
      </w:r>
    </w:p>
    <w:p>
      <w:pPr>
        <w:spacing w:after="120"/>
      </w:pPr>
      <w:r>
        <w:t>Relationship to pupil: _________________________________________________________</w:t>
      </w:r>
    </w:p>
    <w:p>
      <w:r>
        <w:br w:type="page"/>
      </w:r>
    </w:p>
    <w:p>
      <w:pPr>
        <w:pStyle w:val="Title"/>
        <w:spacing w:after="240"/>
        <w:jc w:val="center"/>
      </w:pPr>
      <w:r>
        <w:rPr>
          <w:color w:val="000000"/>
          <w:sz w:val="30"/>
        </w:rPr>
        <w:t>Register of Medication Administered by Staff</w:t>
      </w:r>
    </w:p>
    <w:p>
      <w:pPr>
        <w:spacing w:after="300"/>
      </w:pPr>
      <w:r>
        <w:t>Name of Child: __________________________________  Class: ______________________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73"/>
        <w:gridCol w:w="1673"/>
        <w:gridCol w:w="1673"/>
        <w:gridCol w:w="1673"/>
        <w:gridCol w:w="1673"/>
        <w:gridCol w:w="1673"/>
      </w:tblGrid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Medication</w:t>
            </w:r>
          </w:p>
        </w:tc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Date</w:t>
            </w:r>
          </w:p>
        </w:tc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Amount Given</w:t>
            </w:r>
          </w:p>
        </w:tc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Time Given</w:t>
            </w:r>
          </w:p>
        </w:tc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Given By</w:t>
            </w:r>
          </w:p>
        </w:tc>
        <w:tc>
          <w:tcPr>
            <w:tcW w:type="dxa" w:w="1673"/>
          </w:tcPr>
          <w:p>
            <w:pPr>
              <w:spacing w:after="80"/>
            </w:pPr>
            <w:r>
              <w:rPr>
                <w:sz w:val="18"/>
              </w:rPr>
              <w:t>Comments / Side Effects</w:t>
            </w: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  <w:tr>
        <w:trPr>
          <w:trHeight w:val="619"/>
        </w:trPr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  <w:tc>
          <w:tcPr>
            <w:tcW w:type="dxa" w:w="1673"/>
          </w:tcPr>
          <w:p>
            <w:pPr>
              <w:spacing w:after="80"/>
            </w:pPr>
          </w:p>
        </w:tc>
      </w:tr>
    </w:tbl>
    <w:sectPr w:rsidR="00FC693F" w:rsidRPr="0006063C" w:rsidSect="00034616">
      <w:footerReference w:type="default" r:id="rId10"/>
      <w:pgSz w:w="11909" w:h="16834"/>
      <w:pgMar w:top="864" w:right="936" w:bottom="864" w:left="936" w:header="720" w:footer="720" w:gutter="0"/>
      <w:pgBorders w:offsetFrom="page" w:display="allPages">
        <w:top w:val="single" w:sz="12" w:space="18" w:color="3A7C22"/>
        <w:left w:val="single" w:sz="12" w:space="18" w:color="3A7C22"/>
        <w:bottom w:val="single" w:sz="12" w:space="18" w:color="3A7C22"/>
        <w:right w:val="single" w:sz="12" w:space="18" w:color="3A7C22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3A7C22"/>
        <w:sz w:val="16"/>
      </w:rPr>
      <w:t>Highgate Road, Woodside, Dudley, DY2 0SH | Headteacher: Mrs C Johnson</w:t>
      <w:br/>
      <w:t>Tel: 01384 818245 | Email: info@woodside.dudley.sch.uk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